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2E872" w14:textId="77777777" w:rsidR="00870864" w:rsidRDefault="00000000">
      <w:pPr>
        <w:jc w:val="center"/>
      </w:pPr>
      <w:r>
        <w:rPr>
          <w:rFonts w:ascii="Arial" w:hAnsi="Arial"/>
          <w:b/>
          <w:color w:val="0F172A"/>
          <w:sz w:val="32"/>
        </w:rPr>
        <w:t>STANDAR OPERASIONAL PROSEDUR (SOP)</w:t>
      </w:r>
      <w:r>
        <w:rPr>
          <w:rFonts w:ascii="Arial" w:hAnsi="Arial"/>
          <w:b/>
          <w:color w:val="0F172A"/>
          <w:sz w:val="32"/>
        </w:rPr>
        <w:br/>
        <w:t>ALUR BIMTEK FASILITASI MANUSKRIP DOSEN</w:t>
      </w:r>
    </w:p>
    <w:p w14:paraId="7A3C5B71" w14:textId="77777777" w:rsidR="00870864" w:rsidRDefault="00000000">
      <w:pPr>
        <w:jc w:val="center"/>
      </w:pPr>
      <w:r>
        <w:rPr>
          <w:rFonts w:ascii="Arial" w:hAnsi="Arial"/>
          <w:i/>
          <w:color w:val="334155"/>
        </w:rPr>
        <w:t>Lembaga Layanan Pendidikan Tinggi (LLDIKTI) Wilayah IV</w:t>
      </w:r>
      <w:r>
        <w:rPr>
          <w:rFonts w:ascii="Arial" w:hAnsi="Arial"/>
          <w:i/>
          <w:color w:val="334155"/>
        </w:rPr>
        <w:br/>
      </w:r>
    </w:p>
    <w:p w14:paraId="788CEBF8" w14:textId="6BE7DAAA" w:rsidR="00870864" w:rsidRDefault="00000000">
      <w:r>
        <w:t>--------------------------------------------------------------------------------------------------------------------------------</w:t>
      </w:r>
    </w:p>
    <w:p w14:paraId="514574EA" w14:textId="77777777" w:rsidR="00870864" w:rsidRDefault="00000000">
      <w:pPr>
        <w:spacing w:before="280" w:after="80"/>
      </w:pPr>
      <w:r>
        <w:rPr>
          <w:b/>
          <w:color w:val="0891B2"/>
          <w:sz w:val="24"/>
        </w:rPr>
        <w:t xml:space="preserve">[Langkah 01] </w:t>
      </w:r>
      <w:r>
        <w:rPr>
          <w:b/>
          <w:color w:val="0F172A"/>
          <w:sz w:val="24"/>
        </w:rPr>
        <w:t>Pendaftaran Akun Dosen (Registrasi Mandiri)</w:t>
      </w:r>
    </w:p>
    <w:p w14:paraId="70A31D88" w14:textId="3D843F29" w:rsidR="00870864" w:rsidRDefault="00000000">
      <w:pPr>
        <w:spacing w:after="120"/>
      </w:pPr>
      <w:r>
        <w:rPr>
          <w:color w:val="334155"/>
          <w:sz w:val="21"/>
        </w:rPr>
        <w:t xml:space="preserve">Dosen mengakses halaman utama aplikasi </w:t>
      </w:r>
      <w:proofErr w:type="spellStart"/>
      <w:r w:rsidR="007F6865">
        <w:rPr>
          <w:color w:val="334155"/>
          <w:sz w:val="21"/>
        </w:rPr>
        <w:t>fasilitasi</w:t>
      </w:r>
      <w:proofErr w:type="spellEnd"/>
      <w:r>
        <w:rPr>
          <w:color w:val="334155"/>
          <w:sz w:val="21"/>
        </w:rPr>
        <w:t xml:space="preserve">, </w:t>
      </w:r>
      <w:proofErr w:type="spellStart"/>
      <w:r>
        <w:rPr>
          <w:color w:val="334155"/>
          <w:sz w:val="21"/>
        </w:rPr>
        <w:t>menekan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tombol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pendaftaran</w:t>
      </w:r>
      <w:proofErr w:type="spellEnd"/>
      <w:r w:rsidR="007F6865">
        <w:rPr>
          <w:color w:val="334155"/>
          <w:sz w:val="21"/>
        </w:rPr>
        <w:t>/</w:t>
      </w:r>
      <w:proofErr w:type="spellStart"/>
      <w:r w:rsidR="007F6865">
        <w:rPr>
          <w:color w:val="334155"/>
          <w:sz w:val="21"/>
        </w:rPr>
        <w:t>ajukan</w:t>
      </w:r>
      <w:proofErr w:type="spellEnd"/>
      <w:r w:rsidR="007F6865">
        <w:rPr>
          <w:color w:val="334155"/>
          <w:sz w:val="21"/>
        </w:rPr>
        <w:t xml:space="preserve"> </w:t>
      </w:r>
      <w:proofErr w:type="spellStart"/>
      <w:r w:rsidR="007F6865">
        <w:rPr>
          <w:color w:val="334155"/>
          <w:sz w:val="21"/>
        </w:rPr>
        <w:t>fasilitasi</w:t>
      </w:r>
      <w:proofErr w:type="spellEnd"/>
      <w:r>
        <w:rPr>
          <w:color w:val="334155"/>
          <w:sz w:val="21"/>
        </w:rPr>
        <w:t xml:space="preserve">, dan </w:t>
      </w:r>
      <w:proofErr w:type="spellStart"/>
      <w:r>
        <w:rPr>
          <w:color w:val="334155"/>
          <w:sz w:val="21"/>
        </w:rPr>
        <w:t>mengisi</w:t>
      </w:r>
      <w:proofErr w:type="spellEnd"/>
      <w:r>
        <w:rPr>
          <w:color w:val="334155"/>
          <w:sz w:val="21"/>
        </w:rPr>
        <w:t xml:space="preserve"> data profil </w:t>
      </w:r>
      <w:proofErr w:type="spellStart"/>
      <w:r>
        <w:rPr>
          <w:color w:val="334155"/>
          <w:sz w:val="21"/>
        </w:rPr>
        <w:t>secara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lengkap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termasuk</w:t>
      </w:r>
      <w:proofErr w:type="spellEnd"/>
      <w:r>
        <w:rPr>
          <w:color w:val="334155"/>
          <w:sz w:val="21"/>
        </w:rPr>
        <w:t xml:space="preserve"> NUPTK </w:t>
      </w:r>
      <w:proofErr w:type="spellStart"/>
      <w:r>
        <w:rPr>
          <w:color w:val="334155"/>
          <w:sz w:val="21"/>
        </w:rPr>
        <w:t>aktif</w:t>
      </w:r>
      <w:proofErr w:type="spellEnd"/>
      <w:r>
        <w:rPr>
          <w:color w:val="334155"/>
          <w:sz w:val="21"/>
        </w:rPr>
        <w:t>. Pada formulir ini, dosen wajib memilih Perguruan Tinggi (Institusi) asal agar data terelasi dengan data master LLDIKTI Wilayah IV.</w:t>
      </w:r>
    </w:p>
    <w:p w14:paraId="3CB0D328" w14:textId="323D0EC9" w:rsidR="00870864" w:rsidRDefault="00000000">
      <w:pPr>
        <w:spacing w:after="160"/>
      </w:pPr>
      <w:r>
        <w:rPr>
          <w:b/>
          <w:color w:val="10B981"/>
          <w:sz w:val="20"/>
        </w:rPr>
        <w:t xml:space="preserve">✓ Output </w:t>
      </w:r>
      <w:proofErr w:type="spellStart"/>
      <w:r>
        <w:rPr>
          <w:b/>
          <w:color w:val="10B981"/>
          <w:sz w:val="20"/>
        </w:rPr>
        <w:t>Sistem</w:t>
      </w:r>
      <w:proofErr w:type="spellEnd"/>
      <w:r>
        <w:rPr>
          <w:b/>
          <w:color w:val="10B981"/>
          <w:sz w:val="20"/>
        </w:rPr>
        <w:t xml:space="preserve">: </w:t>
      </w:r>
      <w:r w:rsidR="007F6865">
        <w:rPr>
          <w:i/>
          <w:color w:val="334155"/>
          <w:sz w:val="20"/>
        </w:rPr>
        <w:t xml:space="preserve">Akun </w:t>
      </w:r>
      <w:proofErr w:type="spellStart"/>
      <w:r w:rsidR="007F6865">
        <w:rPr>
          <w:i/>
          <w:color w:val="334155"/>
          <w:sz w:val="20"/>
        </w:rPr>
        <w:t>Sistem</w:t>
      </w:r>
      <w:proofErr w:type="spellEnd"/>
      <w:r w:rsidR="007F6865">
        <w:rPr>
          <w:i/>
          <w:color w:val="334155"/>
          <w:sz w:val="20"/>
        </w:rPr>
        <w:t xml:space="preserve"> </w:t>
      </w:r>
      <w:proofErr w:type="spellStart"/>
      <w:r w:rsidR="007F6865">
        <w:rPr>
          <w:i/>
          <w:color w:val="334155"/>
          <w:sz w:val="20"/>
        </w:rPr>
        <w:t>Fasilitasi</w:t>
      </w:r>
      <w:proofErr w:type="spellEnd"/>
      <w:r>
        <w:rPr>
          <w:i/>
          <w:color w:val="334155"/>
          <w:sz w:val="2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870864" w14:paraId="5C443552" w14:textId="77777777" w:rsidTr="007F6865">
        <w:trPr>
          <w:jc w:val="center"/>
        </w:trPr>
        <w:tc>
          <w:tcPr>
            <w:tcW w:w="9576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66A17CF8" w14:textId="3100D6BE" w:rsidR="00870864" w:rsidRDefault="007F6865">
            <w:pPr>
              <w:spacing w:before="480" w:after="480"/>
              <w:jc w:val="center"/>
            </w:pPr>
            <w:r>
              <w:rPr>
                <w:noProof/>
              </w:rPr>
              <w:drawing>
                <wp:inline distT="0" distB="0" distL="0" distR="0" wp14:anchorId="083AFD76" wp14:editId="5A1A4173">
                  <wp:extent cx="5943600" cy="3140710"/>
                  <wp:effectExtent l="0" t="0" r="0" b="2540"/>
                  <wp:docPr id="1471470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47021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14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865" w14:paraId="012AD91E" w14:textId="77777777" w:rsidTr="007F6865">
        <w:trPr>
          <w:jc w:val="center"/>
        </w:trPr>
        <w:tc>
          <w:tcPr>
            <w:tcW w:w="9576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5195F6D3" w14:textId="3FE77138" w:rsidR="007F6865" w:rsidRDefault="007F6865">
            <w:pPr>
              <w:spacing w:before="480" w:after="48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EF579F" wp14:editId="75014646">
                  <wp:extent cx="5943600" cy="3345180"/>
                  <wp:effectExtent l="0" t="0" r="0" b="7620"/>
                  <wp:docPr id="2100897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9720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E74F6" w14:textId="4AC24F5B" w:rsidR="00870864" w:rsidRDefault="00000000">
      <w:pPr>
        <w:spacing w:before="280" w:after="80"/>
      </w:pPr>
      <w:r>
        <w:rPr>
          <w:b/>
          <w:color w:val="0891B2"/>
          <w:sz w:val="24"/>
        </w:rPr>
        <w:t xml:space="preserve">[Langkah 02] </w:t>
      </w:r>
      <w:proofErr w:type="spellStart"/>
      <w:r w:rsidR="007F6865">
        <w:rPr>
          <w:b/>
          <w:color w:val="0F172A"/>
          <w:sz w:val="24"/>
        </w:rPr>
        <w:t>Lengkapi</w:t>
      </w:r>
      <w:proofErr w:type="spellEnd"/>
      <w:r w:rsidR="007F6865">
        <w:rPr>
          <w:b/>
          <w:color w:val="0F172A"/>
          <w:sz w:val="24"/>
        </w:rPr>
        <w:t xml:space="preserve"> Profile</w:t>
      </w:r>
    </w:p>
    <w:p w14:paraId="0899E9F9" w14:textId="529390F6" w:rsidR="00870864" w:rsidRDefault="00000000">
      <w:pPr>
        <w:spacing w:after="120"/>
      </w:pPr>
      <w:proofErr w:type="spellStart"/>
      <w:r>
        <w:rPr>
          <w:color w:val="334155"/>
          <w:sz w:val="21"/>
        </w:rPr>
        <w:t>Setelah</w:t>
      </w:r>
      <w:proofErr w:type="spellEnd"/>
      <w:r>
        <w:rPr>
          <w:color w:val="334155"/>
          <w:sz w:val="21"/>
        </w:rPr>
        <w:t xml:space="preserve"> login ke Dashboard Pengguna, dosen melengkapi </w:t>
      </w:r>
      <w:r w:rsidR="007F6865">
        <w:rPr>
          <w:color w:val="334155"/>
          <w:sz w:val="21"/>
        </w:rPr>
        <w:t xml:space="preserve">profile pada menu </w:t>
      </w:r>
      <w:proofErr w:type="spellStart"/>
      <w:r w:rsidR="007F6865">
        <w:rPr>
          <w:color w:val="334155"/>
          <w:sz w:val="21"/>
        </w:rPr>
        <w:t>pengaturan</w:t>
      </w:r>
      <w:proofErr w:type="spellEnd"/>
      <w:r w:rsidR="007F6865">
        <w:rPr>
          <w:color w:val="334155"/>
          <w:sz w:val="21"/>
        </w:rPr>
        <w:t xml:space="preserve"> </w:t>
      </w:r>
      <w:proofErr w:type="spellStart"/>
      <w:r w:rsidR="007F6865">
        <w:rPr>
          <w:color w:val="334155"/>
          <w:sz w:val="21"/>
        </w:rPr>
        <w:t>akun</w:t>
      </w:r>
      <w:proofErr w:type="spellEnd"/>
      <w:r>
        <w:rPr>
          <w:color w:val="334155"/>
          <w:sz w:val="21"/>
        </w:rPr>
        <w:t>.</w:t>
      </w:r>
    </w:p>
    <w:p w14:paraId="13B19874" w14:textId="77777777" w:rsidR="00870864" w:rsidRDefault="00000000">
      <w:pPr>
        <w:spacing w:after="160"/>
      </w:pPr>
      <w:r>
        <w:rPr>
          <w:b/>
          <w:color w:val="10B981"/>
          <w:sz w:val="20"/>
        </w:rPr>
        <w:t xml:space="preserve">✓ Output Sistem: </w:t>
      </w:r>
      <w:r>
        <w:rPr>
          <w:i/>
          <w:color w:val="334155"/>
          <w:sz w:val="20"/>
        </w:rPr>
        <w:t>Akun berstatus Aktif dan akses menu Dashboard terbuka penuh.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870864" w14:paraId="66D8A394" w14:textId="77777777" w:rsidTr="007F6865">
        <w:trPr>
          <w:jc w:val="center"/>
        </w:trPr>
        <w:tc>
          <w:tcPr>
            <w:tcW w:w="9576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1F3246F3" w14:textId="64112A58" w:rsidR="00870864" w:rsidRDefault="007F6865">
            <w:pPr>
              <w:spacing w:before="480" w:after="48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1924DD6" wp14:editId="64C0B261">
                  <wp:extent cx="5943600" cy="2754630"/>
                  <wp:effectExtent l="0" t="0" r="0" b="7620"/>
                  <wp:docPr id="1595945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94518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75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865" w14:paraId="5E1B12F6" w14:textId="77777777" w:rsidTr="007F6865">
        <w:trPr>
          <w:jc w:val="center"/>
        </w:trPr>
        <w:tc>
          <w:tcPr>
            <w:tcW w:w="9576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16127B90" w14:textId="1F98C41C" w:rsidR="007F6865" w:rsidRDefault="00797F4A">
            <w:pPr>
              <w:spacing w:before="480" w:after="48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A8379E" wp14:editId="4A6A933F">
                  <wp:extent cx="5943600" cy="2754630"/>
                  <wp:effectExtent l="0" t="0" r="0" b="7620"/>
                  <wp:docPr id="688176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1767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75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0853A9" w14:textId="77777777" w:rsidR="00870864" w:rsidRDefault="00000000">
      <w:pPr>
        <w:spacing w:before="280" w:after="80"/>
      </w:pPr>
      <w:r>
        <w:rPr>
          <w:b/>
          <w:color w:val="0891B2"/>
          <w:sz w:val="24"/>
        </w:rPr>
        <w:t xml:space="preserve">[Langkah 03] </w:t>
      </w:r>
      <w:proofErr w:type="spellStart"/>
      <w:r>
        <w:rPr>
          <w:b/>
          <w:color w:val="0F172A"/>
          <w:sz w:val="24"/>
        </w:rPr>
        <w:t>Eksplorasi</w:t>
      </w:r>
      <w:proofErr w:type="spellEnd"/>
      <w:r>
        <w:rPr>
          <w:b/>
          <w:color w:val="0F172A"/>
          <w:sz w:val="24"/>
        </w:rPr>
        <w:t xml:space="preserve"> Agenda &amp; Pemilihan Kegiatan PT Penyelenggara</w:t>
      </w:r>
    </w:p>
    <w:p w14:paraId="7A7E4DA3" w14:textId="77777777" w:rsidR="00870864" w:rsidRDefault="00000000">
      <w:pPr>
        <w:spacing w:after="120"/>
      </w:pPr>
      <w:r>
        <w:rPr>
          <w:color w:val="334155"/>
          <w:sz w:val="21"/>
        </w:rPr>
        <w:t>Dosen masuk ke menu 'Eksplorasi Kegiatan'. Sistem menampilkan daftar Perguruan Tinggi Penyelenggara Bimtek yang berstatus [🟢 BUKA]. Dosen memeriksa kesesuaian tanggal pelaksanaan, sisa Batas Kuota, serta akumulasi jumlah Statistik Pendaftar di halaman utama.</w:t>
      </w:r>
    </w:p>
    <w:p w14:paraId="5A755ED9" w14:textId="77777777" w:rsidR="00870864" w:rsidRDefault="00000000">
      <w:pPr>
        <w:spacing w:after="160"/>
      </w:pPr>
      <w:r>
        <w:rPr>
          <w:b/>
          <w:color w:val="10B981"/>
          <w:sz w:val="20"/>
        </w:rPr>
        <w:t xml:space="preserve">✓ Output Sistem: </w:t>
      </w:r>
      <w:r>
        <w:rPr>
          <w:i/>
          <w:color w:val="334155"/>
          <w:sz w:val="20"/>
        </w:rPr>
        <w:t>Kombinasi data terpilih dan tombol 'Daftar Kegiatan' siap diproses.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870864" w14:paraId="07B1EEAC" w14:textId="77777777">
        <w:trPr>
          <w:jc w:val="center"/>
        </w:trPr>
        <w:tc>
          <w:tcPr>
            <w:tcW w:w="9360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63C495C1" w14:textId="11AC258E" w:rsidR="00870864" w:rsidRDefault="00797F4A">
            <w:pPr>
              <w:spacing w:before="480" w:after="48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4297DAC" wp14:editId="16C6F518">
                  <wp:extent cx="5943600" cy="2754630"/>
                  <wp:effectExtent l="0" t="0" r="0" b="7620"/>
                  <wp:docPr id="18256833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68331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75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1E02FE" w14:textId="77777777" w:rsidR="00870864" w:rsidRDefault="00000000">
      <w:pPr>
        <w:spacing w:before="280" w:after="80"/>
      </w:pPr>
      <w:r>
        <w:rPr>
          <w:b/>
          <w:color w:val="0891B2"/>
          <w:sz w:val="24"/>
        </w:rPr>
        <w:t xml:space="preserve">[Langkah 04] </w:t>
      </w:r>
      <w:r>
        <w:rPr>
          <w:b/>
          <w:color w:val="0F172A"/>
          <w:sz w:val="24"/>
        </w:rPr>
        <w:t>Pengunggahan Manuskrip Artikel Ilmiah</w:t>
      </w:r>
    </w:p>
    <w:p w14:paraId="2A65A131" w14:textId="075FAD4E" w:rsidR="00870864" w:rsidRDefault="00000000">
      <w:pPr>
        <w:spacing w:after="120"/>
      </w:pPr>
      <w:r>
        <w:rPr>
          <w:color w:val="334155"/>
          <w:sz w:val="21"/>
        </w:rPr>
        <w:t xml:space="preserve">Sebagai syarat </w:t>
      </w:r>
      <w:proofErr w:type="spellStart"/>
      <w:r>
        <w:rPr>
          <w:color w:val="334155"/>
          <w:sz w:val="21"/>
        </w:rPr>
        <w:t>mutlak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mengikuti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Bimtek</w:t>
      </w:r>
      <w:proofErr w:type="spellEnd"/>
      <w:r>
        <w:rPr>
          <w:color w:val="334155"/>
          <w:sz w:val="21"/>
        </w:rPr>
        <w:t xml:space="preserve">, </w:t>
      </w:r>
      <w:proofErr w:type="spellStart"/>
      <w:r>
        <w:rPr>
          <w:color w:val="334155"/>
          <w:sz w:val="21"/>
        </w:rPr>
        <w:t>dosen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melengkapi</w:t>
      </w:r>
      <w:proofErr w:type="spellEnd"/>
      <w:r w:rsidR="00797F4A">
        <w:rPr>
          <w:color w:val="334155"/>
          <w:sz w:val="21"/>
        </w:rPr>
        <w:t xml:space="preserve"> profile JAD </w:t>
      </w:r>
      <w:proofErr w:type="spellStart"/>
      <w:r w:rsidR="00797F4A">
        <w:rPr>
          <w:color w:val="334155"/>
          <w:sz w:val="21"/>
        </w:rPr>
        <w:t>terakhir</w:t>
      </w:r>
      <w:proofErr w:type="spellEnd"/>
      <w:r w:rsidR="00797F4A">
        <w:rPr>
          <w:color w:val="334155"/>
          <w:sz w:val="21"/>
        </w:rPr>
        <w:t xml:space="preserve">, JAD </w:t>
      </w:r>
      <w:proofErr w:type="spellStart"/>
      <w:r w:rsidR="00797F4A">
        <w:rPr>
          <w:color w:val="334155"/>
          <w:sz w:val="21"/>
        </w:rPr>
        <w:t>tujuan</w:t>
      </w:r>
      <w:proofErr w:type="spellEnd"/>
      <w:r w:rsidR="00797F4A">
        <w:rPr>
          <w:color w:val="334155"/>
          <w:sz w:val="21"/>
        </w:rPr>
        <w:t xml:space="preserve"> dan </w:t>
      </w:r>
      <w:proofErr w:type="spellStart"/>
      <w:r w:rsidR="00797F4A">
        <w:rPr>
          <w:color w:val="334155"/>
          <w:sz w:val="21"/>
        </w:rPr>
        <w:t>melengkapi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nomor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kontak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untuk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memudahkan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koordinasi</w:t>
      </w:r>
      <w:proofErr w:type="spellEnd"/>
      <w:r w:rsidR="00797F4A">
        <w:rPr>
          <w:color w:val="334155"/>
          <w:sz w:val="21"/>
        </w:rPr>
        <w:t xml:space="preserve"> </w:t>
      </w:r>
      <w:proofErr w:type="spellStart"/>
      <w:r w:rsidR="00797F4A">
        <w:rPr>
          <w:color w:val="334155"/>
          <w:sz w:val="21"/>
        </w:rPr>
        <w:t>serta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mengunggah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dokumen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draf</w:t>
      </w:r>
      <w:proofErr w:type="spellEnd"/>
      <w:r>
        <w:rPr>
          <w:color w:val="334155"/>
          <w:sz w:val="21"/>
        </w:rPr>
        <w:t xml:space="preserve"> artikel ilmiah (manuskrip) dalam format ekstensi .doc/.docx. Pengguna wajib mengisi judul riset, abstrak ringkas, serta menentukan rumpun bidang keilmuan spesifik.</w:t>
      </w:r>
    </w:p>
    <w:p w14:paraId="17E5A341" w14:textId="77777777" w:rsidR="00870864" w:rsidRDefault="00000000">
      <w:pPr>
        <w:spacing w:after="160"/>
      </w:pPr>
      <w:r>
        <w:rPr>
          <w:b/>
          <w:color w:val="10B981"/>
          <w:sz w:val="20"/>
        </w:rPr>
        <w:t xml:space="preserve">✓ Output Sistem: </w:t>
      </w:r>
      <w:r>
        <w:rPr>
          <w:i/>
          <w:color w:val="334155"/>
          <w:sz w:val="20"/>
        </w:rPr>
        <w:t>Berkas masuk sistem dengan status [Pending - Menunggu Persetujuan PT].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870864" w14:paraId="31A6E043" w14:textId="77777777">
        <w:trPr>
          <w:jc w:val="center"/>
        </w:trPr>
        <w:tc>
          <w:tcPr>
            <w:tcW w:w="9360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5FB4AEE8" w14:textId="33D20ADD" w:rsidR="00870864" w:rsidRDefault="00797F4A">
            <w:pPr>
              <w:spacing w:before="480" w:after="48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BF7842C" wp14:editId="01965532">
                  <wp:extent cx="5943600" cy="5767070"/>
                  <wp:effectExtent l="0" t="0" r="0" b="5080"/>
                  <wp:docPr id="19612976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29769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76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625FB" w14:textId="77777777" w:rsidR="00870864" w:rsidRDefault="00000000">
      <w:pPr>
        <w:spacing w:before="280" w:after="80"/>
      </w:pPr>
      <w:r>
        <w:rPr>
          <w:b/>
          <w:color w:val="0891B2"/>
          <w:sz w:val="24"/>
        </w:rPr>
        <w:t xml:space="preserve">[Langkah 05] </w:t>
      </w:r>
      <w:r>
        <w:rPr>
          <w:b/>
          <w:color w:val="0F172A"/>
          <w:sz w:val="24"/>
        </w:rPr>
        <w:t>Proses Skrining Kelayakan &amp; Kuota Kelulusan</w:t>
      </w:r>
    </w:p>
    <w:p w14:paraId="231BFE81" w14:textId="5F5D03B0" w:rsidR="00870864" w:rsidRDefault="00000000">
      <w:pPr>
        <w:spacing w:after="120"/>
      </w:pPr>
      <w:r>
        <w:rPr>
          <w:color w:val="334155"/>
          <w:sz w:val="21"/>
        </w:rPr>
        <w:t xml:space="preserve">Dokumen manuskrip melalui verifikasi berjenjang: Tahap pertama dikurasi oleh Operator PT Penyelenggara. Tahap kedua ditinjau kelayakan </w:t>
      </w:r>
      <w:proofErr w:type="spellStart"/>
      <w:r>
        <w:rPr>
          <w:color w:val="334155"/>
          <w:sz w:val="21"/>
        </w:rPr>
        <w:t>substansinya</w:t>
      </w:r>
      <w:proofErr w:type="spellEnd"/>
      <w:r>
        <w:rPr>
          <w:color w:val="334155"/>
          <w:sz w:val="21"/>
        </w:rPr>
        <w:t xml:space="preserve"> oleh Tim LLDIKTI IV. Jika disetujui, kuota peserta akan otomatis terpotong.</w:t>
      </w:r>
    </w:p>
    <w:p w14:paraId="03FF590F" w14:textId="0E6370B3" w:rsidR="00870864" w:rsidRDefault="00000000">
      <w:pPr>
        <w:spacing w:after="160"/>
      </w:pPr>
      <w:r>
        <w:rPr>
          <w:b/>
          <w:color w:val="10B981"/>
          <w:sz w:val="20"/>
        </w:rPr>
        <w:t xml:space="preserve">✓ Output Sistem: </w:t>
      </w:r>
      <w:r>
        <w:rPr>
          <w:i/>
          <w:color w:val="334155"/>
          <w:sz w:val="20"/>
        </w:rPr>
        <w:t xml:space="preserve">Status </w:t>
      </w:r>
      <w:proofErr w:type="spellStart"/>
      <w:r>
        <w:rPr>
          <w:i/>
          <w:color w:val="334155"/>
          <w:sz w:val="20"/>
        </w:rPr>
        <w:t>berubah</w:t>
      </w:r>
      <w:proofErr w:type="spellEnd"/>
      <w:r>
        <w:rPr>
          <w:i/>
          <w:color w:val="334155"/>
          <w:sz w:val="20"/>
        </w:rPr>
        <w:t xml:space="preserve"> </w:t>
      </w:r>
      <w:proofErr w:type="spellStart"/>
      <w:r>
        <w:rPr>
          <w:i/>
          <w:color w:val="334155"/>
          <w:sz w:val="20"/>
        </w:rPr>
        <w:t>menjadi</w:t>
      </w:r>
      <w:proofErr w:type="spellEnd"/>
      <w:r>
        <w:rPr>
          <w:i/>
          <w:color w:val="334155"/>
          <w:sz w:val="20"/>
        </w:rPr>
        <w:t xml:space="preserve"> [</w:t>
      </w:r>
      <w:proofErr w:type="spellStart"/>
      <w:r>
        <w:rPr>
          <w:i/>
          <w:color w:val="334155"/>
          <w:sz w:val="20"/>
        </w:rPr>
        <w:t>Disetujui</w:t>
      </w:r>
      <w:proofErr w:type="spellEnd"/>
      <w:r>
        <w:rPr>
          <w:i/>
          <w:color w:val="334155"/>
          <w:sz w:val="20"/>
        </w:rPr>
        <w:t xml:space="preserve"> LLDIKTI].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870864" w14:paraId="355D708C" w14:textId="77777777">
        <w:trPr>
          <w:jc w:val="center"/>
        </w:trPr>
        <w:tc>
          <w:tcPr>
            <w:tcW w:w="9360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76083EC8" w14:textId="35E9F523" w:rsidR="00870864" w:rsidRDefault="00797F4A">
            <w:pPr>
              <w:spacing w:before="480" w:after="48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B6E09D1" wp14:editId="777B896A">
                  <wp:extent cx="5943600" cy="1827530"/>
                  <wp:effectExtent l="0" t="0" r="0" b="1270"/>
                  <wp:docPr id="10508460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84604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8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3884B" w14:textId="77777777" w:rsidR="00870864" w:rsidRDefault="00000000">
      <w:pPr>
        <w:spacing w:before="280" w:after="80"/>
      </w:pPr>
      <w:r>
        <w:rPr>
          <w:b/>
          <w:color w:val="0891B2"/>
          <w:sz w:val="24"/>
        </w:rPr>
        <w:t xml:space="preserve">[Langkah 06] </w:t>
      </w:r>
      <w:r>
        <w:rPr>
          <w:b/>
          <w:color w:val="0F172A"/>
          <w:sz w:val="24"/>
        </w:rPr>
        <w:t>Pelaksanaan Bimtek &amp; Pendampingan Intansif</w:t>
      </w:r>
    </w:p>
    <w:p w14:paraId="6E80927D" w14:textId="5E1D98BC" w:rsidR="00870864" w:rsidRDefault="00000000">
      <w:pPr>
        <w:spacing w:after="120"/>
      </w:pPr>
      <w:r>
        <w:rPr>
          <w:color w:val="334155"/>
          <w:sz w:val="21"/>
        </w:rPr>
        <w:t xml:space="preserve">Dosen menghadiri </w:t>
      </w:r>
      <w:proofErr w:type="spellStart"/>
      <w:r>
        <w:rPr>
          <w:color w:val="334155"/>
          <w:sz w:val="21"/>
        </w:rPr>
        <w:t>bimbingan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teknis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tatap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muka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sesuai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jadwal</w:t>
      </w:r>
      <w:proofErr w:type="spellEnd"/>
      <w:r>
        <w:rPr>
          <w:color w:val="334155"/>
          <w:sz w:val="21"/>
        </w:rPr>
        <w:t xml:space="preserve"> PT Penyelenggara. Di </w:t>
      </w:r>
      <w:proofErr w:type="spellStart"/>
      <w:r>
        <w:rPr>
          <w:color w:val="334155"/>
          <w:sz w:val="21"/>
        </w:rPr>
        <w:t>bawah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bimbingan</w:t>
      </w:r>
      <w:proofErr w:type="spellEnd"/>
      <w:r>
        <w:rPr>
          <w:color w:val="334155"/>
          <w:sz w:val="21"/>
        </w:rPr>
        <w:t xml:space="preserve"> reviewer</w:t>
      </w:r>
      <w:r w:rsidR="00797F4A">
        <w:rPr>
          <w:color w:val="334155"/>
          <w:sz w:val="21"/>
        </w:rPr>
        <w:t>/</w:t>
      </w:r>
      <w:proofErr w:type="spellStart"/>
      <w:r w:rsidR="00797F4A">
        <w:rPr>
          <w:color w:val="334155"/>
          <w:sz w:val="21"/>
        </w:rPr>
        <w:t>narasumber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ahli</w:t>
      </w:r>
      <w:proofErr w:type="spellEnd"/>
      <w:r>
        <w:rPr>
          <w:color w:val="334155"/>
          <w:sz w:val="21"/>
        </w:rPr>
        <w:t xml:space="preserve">, </w:t>
      </w:r>
      <w:proofErr w:type="spellStart"/>
      <w:r>
        <w:rPr>
          <w:color w:val="334155"/>
          <w:sz w:val="21"/>
        </w:rPr>
        <w:t>dosen</w:t>
      </w:r>
      <w:proofErr w:type="spellEnd"/>
      <w:r>
        <w:rPr>
          <w:color w:val="334155"/>
          <w:sz w:val="21"/>
        </w:rPr>
        <w:t xml:space="preserve"> </w:t>
      </w:r>
      <w:proofErr w:type="spellStart"/>
      <w:r>
        <w:rPr>
          <w:color w:val="334155"/>
          <w:sz w:val="21"/>
        </w:rPr>
        <w:t>merevisi</w:t>
      </w:r>
      <w:proofErr w:type="spellEnd"/>
      <w:r>
        <w:rPr>
          <w:color w:val="334155"/>
          <w:sz w:val="21"/>
        </w:rPr>
        <w:t xml:space="preserve"> artikel, meningkatkan kualitas metodologi/literatur hingga artikel siap unggah (ready to submit) ke jurnal target bereputasi.</w:t>
      </w:r>
    </w:p>
    <w:p w14:paraId="5580BF2B" w14:textId="7B0C66F3" w:rsidR="00870864" w:rsidRDefault="00000000">
      <w:pPr>
        <w:spacing w:after="160"/>
      </w:pPr>
      <w:r>
        <w:rPr>
          <w:b/>
          <w:color w:val="10B981"/>
          <w:sz w:val="20"/>
        </w:rPr>
        <w:t xml:space="preserve">✓ Output Sistem: </w:t>
      </w:r>
      <w:proofErr w:type="spellStart"/>
      <w:r>
        <w:rPr>
          <w:i/>
          <w:color w:val="334155"/>
          <w:sz w:val="20"/>
        </w:rPr>
        <w:t>Unggah</w:t>
      </w:r>
      <w:proofErr w:type="spellEnd"/>
      <w:r>
        <w:rPr>
          <w:i/>
          <w:color w:val="334155"/>
          <w:sz w:val="20"/>
        </w:rPr>
        <w:t xml:space="preserve"> </w:t>
      </w:r>
      <w:proofErr w:type="spellStart"/>
      <w:r>
        <w:rPr>
          <w:i/>
          <w:color w:val="334155"/>
          <w:sz w:val="20"/>
        </w:rPr>
        <w:t>Dokumen</w:t>
      </w:r>
      <w:proofErr w:type="spellEnd"/>
      <w:r>
        <w:rPr>
          <w:i/>
          <w:color w:val="334155"/>
          <w:sz w:val="20"/>
        </w:rPr>
        <w:t xml:space="preserve"> Hasil </w:t>
      </w:r>
      <w:proofErr w:type="spellStart"/>
      <w:r>
        <w:rPr>
          <w:i/>
          <w:color w:val="334155"/>
          <w:sz w:val="20"/>
        </w:rPr>
        <w:t>Revisi</w:t>
      </w:r>
      <w:proofErr w:type="spellEnd"/>
      <w:r>
        <w:rPr>
          <w:i/>
          <w:color w:val="334155"/>
          <w:sz w:val="2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870864" w14:paraId="7F52EB6A" w14:textId="77777777">
        <w:trPr>
          <w:jc w:val="center"/>
        </w:trPr>
        <w:tc>
          <w:tcPr>
            <w:tcW w:w="9360" w:type="dxa"/>
            <w:tcBorders>
              <w:top w:val="dashed" w:sz="6" w:space="0" w:color="CBD5E1"/>
              <w:left w:val="dashed" w:sz="6" w:space="0" w:color="CBD5E1"/>
              <w:bottom w:val="dashed" w:sz="6" w:space="0" w:color="CBD5E1"/>
              <w:right w:val="dashed" w:sz="6" w:space="0" w:color="CBD5E1"/>
            </w:tcBorders>
            <w:shd w:val="clear" w:color="auto" w:fill="F8FAFC"/>
          </w:tcPr>
          <w:p w14:paraId="4732B4E7" w14:textId="3145E815" w:rsidR="00870864" w:rsidRDefault="009A40E8">
            <w:pPr>
              <w:spacing w:before="480" w:after="480"/>
              <w:jc w:val="center"/>
            </w:pPr>
            <w:r>
              <w:rPr>
                <w:b/>
                <w:color w:val="94A3B8"/>
                <w:sz w:val="19"/>
              </w:rPr>
              <w:t>-</w:t>
            </w:r>
          </w:p>
        </w:tc>
      </w:tr>
    </w:tbl>
    <w:p w14:paraId="2B1E381F" w14:textId="77777777" w:rsidR="00870864" w:rsidRDefault="00000000">
      <w:r>
        <w:br/>
        <w:t>---------------------------------------------------------------------------------------------------------------------------------</w:t>
      </w:r>
    </w:p>
    <w:p w14:paraId="415BC56B" w14:textId="77777777" w:rsidR="00870864" w:rsidRDefault="00000000">
      <w:r>
        <w:rPr>
          <w:b/>
          <w:color w:val="1E40AF"/>
        </w:rPr>
        <w:t>KETENTUAN KUOTA &amp; STATUS VALIDASI:</w:t>
      </w:r>
    </w:p>
    <w:p w14:paraId="78B170A3" w14:textId="77777777" w:rsidR="00870864" w:rsidRDefault="00000000">
      <w:pPr>
        <w:pStyle w:val="ListBullet"/>
      </w:pPr>
      <w:r>
        <w:rPr>
          <w:color w:val="334155"/>
          <w:sz w:val="20"/>
        </w:rPr>
        <w:t>Kuota bersifat real-time terpotong hanya saat pengajuan berstatus 'Disetujui LLDIKTI'.</w:t>
      </w:r>
    </w:p>
    <w:p w14:paraId="4A3B0417" w14:textId="77777777" w:rsidR="00870864" w:rsidRDefault="00000000">
      <w:pPr>
        <w:pStyle w:val="ListBullet"/>
      </w:pPr>
      <w:r>
        <w:rPr>
          <w:color w:val="334155"/>
          <w:sz w:val="20"/>
        </w:rPr>
        <w:t>Sistem pendaftaran PT otomatis terkunci (Tutup) jika kuota maksimal berbanding pendaftar lolos kurasi telah mencapai batas penuh.</w:t>
      </w:r>
    </w:p>
    <w:p w14:paraId="5518CF54" w14:textId="77777777" w:rsidR="00870864" w:rsidRDefault="00000000">
      <w:pPr>
        <w:pStyle w:val="ListBullet"/>
      </w:pPr>
      <w:r>
        <w:rPr>
          <w:color w:val="334155"/>
          <w:sz w:val="20"/>
        </w:rPr>
        <w:t>Dosen disarankan memeriksa kualitas draf berkas .docx sebelum diunggah guna mempercepat proses skrining substansi oleh Reviewer.</w:t>
      </w:r>
    </w:p>
    <w:sectPr w:rsidR="00870864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9671215">
    <w:abstractNumId w:val="8"/>
  </w:num>
  <w:num w:numId="2" w16cid:durableId="23016832">
    <w:abstractNumId w:val="6"/>
  </w:num>
  <w:num w:numId="3" w16cid:durableId="158081711">
    <w:abstractNumId w:val="5"/>
  </w:num>
  <w:num w:numId="4" w16cid:durableId="342511722">
    <w:abstractNumId w:val="4"/>
  </w:num>
  <w:num w:numId="5" w16cid:durableId="1774009551">
    <w:abstractNumId w:val="7"/>
  </w:num>
  <w:num w:numId="6" w16cid:durableId="1295796763">
    <w:abstractNumId w:val="3"/>
  </w:num>
  <w:num w:numId="7" w16cid:durableId="987898619">
    <w:abstractNumId w:val="2"/>
  </w:num>
  <w:num w:numId="8" w16cid:durableId="1678458918">
    <w:abstractNumId w:val="1"/>
  </w:num>
  <w:num w:numId="9" w16cid:durableId="40337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097A"/>
    <w:rsid w:val="0015074B"/>
    <w:rsid w:val="00215FC9"/>
    <w:rsid w:val="0029639D"/>
    <w:rsid w:val="00326F90"/>
    <w:rsid w:val="0058573C"/>
    <w:rsid w:val="00610BF9"/>
    <w:rsid w:val="00797F4A"/>
    <w:rsid w:val="007F6865"/>
    <w:rsid w:val="00870864"/>
    <w:rsid w:val="009860FF"/>
    <w:rsid w:val="009A40E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7460F"/>
  <w14:defaultImageDpi w14:val="300"/>
  <w15:docId w15:val="{F055E65D-9006-48EA-9E11-F43FAE87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idik nursidik</cp:lastModifiedBy>
  <cp:revision>2</cp:revision>
  <dcterms:created xsi:type="dcterms:W3CDTF">2026-05-30T15:15:00Z</dcterms:created>
  <dcterms:modified xsi:type="dcterms:W3CDTF">2026-05-30T15:15:00Z</dcterms:modified>
  <cp:category/>
</cp:coreProperties>
</file>